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משחק ההתאמה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זוגות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מילים עם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מילים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להן 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מילים נרדפות - אותו דבר ממש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ארבעה זוגות מילים תקינים, לפחות שני זוגות מכל 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+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+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מילים נרדפות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ההתאמה במחשב לפני מילוי הדף, כדי לחבר בין המילים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בחלקים הראשונים (מילוי והתאמה)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הדוגמאות בקול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- משחק ההתאמה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ההתאמה מחברים בין מילים שמתאימות זו לזו - מילים נרדפות שיש להן אותה משמעות. בדף הזה נתרגל לזהות מילים נרדפות והפכים.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מטר  ·  קטן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"מילים נרדפות"?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מילים עם אותה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מילים הפוכות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מילים מחורזות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"הפכים"?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מילים עם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אותה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מילים דומות בצליל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נרדפת למילה "אמא"?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"אמא" ו"אם"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"גשם" ו"מטר" הן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בין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הגשם יורד, זה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ההפך מהמילה "גדול"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זוגות של מילים נרדפות ושני זוגות של מילים הפכים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מילה נרדפת?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הפך?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- משחק ההתאמה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