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משחק ההתאמה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זוגות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מילים עם 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מילים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להן 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מילים נרדפות - אותו דבר ממש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הפכים כי יש להן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להן 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להן משמעות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(מסיים)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(ענק)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ארבעה זוגות מילים תקינים, לפחות שני זוגות מכל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המילה 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+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+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מילים נרדפות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ההתאמה במחשב לפני מילוי הדף, כדי לחבר בין המילים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בחלקים הראשונים (מילוי והתאמה)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הדוגמאות בקול לפני תחילת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משחק ההתאמה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להכיר מילים שדומות במשמעות (נרדפות) ומילים הפוכות (הפכים).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אותה משמעות, כמו אִמָּא ואֵם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משמעות הפוכה, כמו יום ולילה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הֶתְאָמָה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בין שתי מילים שמתאימות אחת לשנייה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נרדפת למילה אמא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מָטָר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נרדפת למילה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מְסַיֵּם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נרדפת למילה גומר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נרדפת למילה אבא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מילים נרדפות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עם אותה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הפוכות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מחורזות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הפכים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עם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דומות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של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למילה אמא?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דומה למילה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הפוך מגדול?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דומה למילה מסיים?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"אמא" ו"אם"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"גשם" ו"מטר"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"חם" ו"קר"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"אבא" ו"אב"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"יום" ו"לילה"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מסיים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הגשם יורד, זה נקרא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מהמילה "גדול"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אמא נקראת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מהמילה "יום"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שמסיים את העבודה, אפשר להגיד שהוא __________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זוגות של מילים נרדפות ושני זוגות של 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מילה נרדפת למילה "אבא"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הפך?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מילים נרדפות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- משחק ההתאמה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