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- משחק ההתאמה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זוגות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מילים עם אותה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מילים עם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להן אותה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מילים נרדפות - אותו דבר ממש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הפכים כי יש להן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להן אותה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להן משמעות הפוכה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(ענק)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ארבעה זוגות מילים תקינים, לפחות שני זוגות מכל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עם המילה 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+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+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זוג מילים נרדפות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ההתאמה במחשב לפני מילוי הדף, כדי לחבר בין המילים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בחלקים הראשונים (מילוי והתאמה)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הדוגמאות בקול לפני תחילת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- משחק ההתאמה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ההתאמה מחברים בין מילים שמתאימות זו לזו - מילים נרדפות שיש להן אותה משמעות. בדף הזה נתרגל לזהות מילים נרדפות והפכים.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"מילים נרדפות"?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עם אותה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הפוכות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מחורזות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"הפכים"?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עם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אותה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דומות בצליל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של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נרדפת למילה "אמא"?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נרדפת למילה "גשם"?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היא ההפך מ"גדול"?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נרדפת למילה "מסיים"?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"אמא" ו"אם"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"גשם" ו"מטר"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"חם" ו"קר"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"אבא" ו"אב"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"יום" ו"לילה"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מטר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הגשם יורד, זה נקרא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מהמילה "גדול"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אמא נקראת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מהמילה "יום"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שמסיים את העבודה, אפשר להגיד שהוא __________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זוגות של מילים נרדפות ושני זוגות של מילים הפכים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מילה נרדפת למילה "אבא"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הפך?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זוג מילים נרדפות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- משחק ההתאמה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